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0121B" w14:textId="77777777" w:rsidR="00A42091" w:rsidRPr="00034412" w:rsidRDefault="00470B08" w:rsidP="00034412">
      <w:pPr>
        <w:pStyle w:val="Heading1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C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Ộ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NG HÒA XÃ H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Ộ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I CH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Ủ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NGHĨA VI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Ệ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T NAM</w:t>
      </w:r>
    </w:p>
    <w:p w14:paraId="71E3569E" w14:textId="77777777" w:rsidR="00A42091" w:rsidRPr="00034412" w:rsidRDefault="00470B08" w:rsidP="00034412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Đ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ộ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c l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ậ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p - T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ự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do - H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ạ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t>nh phúc</w:t>
      </w:r>
      <w:r w:rsidRPr="0003441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</w:p>
    <w:p w14:paraId="397EF02C" w14:textId="77777777" w:rsidR="00A42091" w:rsidRPr="00034412" w:rsidRDefault="00470B08" w:rsidP="00034412">
      <w:pPr>
        <w:pStyle w:val="Heading2"/>
        <w:jc w:val="center"/>
        <w:rPr>
          <w:rFonts w:ascii="Times New Roman" w:hAnsi="Times New Roman" w:cs="Times New Roman"/>
          <w:color w:val="000000" w:themeColor="text1"/>
        </w:rPr>
      </w:pPr>
      <w:r w:rsidRPr="00034412">
        <w:rPr>
          <w:rFonts w:ascii="Times New Roman" w:hAnsi="Times New Roman" w:cs="Times New Roman"/>
          <w:color w:val="000000" w:themeColor="text1"/>
        </w:rPr>
        <w:t>XÁC NH</w:t>
      </w:r>
      <w:r w:rsidRPr="00034412">
        <w:rPr>
          <w:rFonts w:ascii="Times New Roman" w:hAnsi="Times New Roman" w:cs="Times New Roman"/>
          <w:color w:val="000000" w:themeColor="text1"/>
        </w:rPr>
        <w:t>Ậ</w:t>
      </w:r>
      <w:r w:rsidRPr="00034412">
        <w:rPr>
          <w:rFonts w:ascii="Times New Roman" w:hAnsi="Times New Roman" w:cs="Times New Roman"/>
          <w:color w:val="000000" w:themeColor="text1"/>
        </w:rPr>
        <w:t>N C</w:t>
      </w:r>
      <w:r w:rsidRPr="00034412">
        <w:rPr>
          <w:rFonts w:ascii="Times New Roman" w:hAnsi="Times New Roman" w:cs="Times New Roman"/>
          <w:color w:val="000000" w:themeColor="text1"/>
        </w:rPr>
        <w:t>Ủ</w:t>
      </w:r>
      <w:r w:rsidRPr="00034412">
        <w:rPr>
          <w:rFonts w:ascii="Times New Roman" w:hAnsi="Times New Roman" w:cs="Times New Roman"/>
          <w:color w:val="000000" w:themeColor="text1"/>
        </w:rPr>
        <w:t>A CHA, M</w:t>
      </w:r>
      <w:r w:rsidRPr="00034412">
        <w:rPr>
          <w:rFonts w:ascii="Times New Roman" w:hAnsi="Times New Roman" w:cs="Times New Roman"/>
          <w:color w:val="000000" w:themeColor="text1"/>
        </w:rPr>
        <w:t>Ẹ</w:t>
      </w:r>
      <w:r w:rsidRPr="00034412">
        <w:rPr>
          <w:rFonts w:ascii="Times New Roman" w:hAnsi="Times New Roman" w:cs="Times New Roman"/>
          <w:color w:val="000000" w:themeColor="text1"/>
        </w:rPr>
        <w:t>, NGƯ</w:t>
      </w:r>
      <w:r w:rsidRPr="00034412">
        <w:rPr>
          <w:rFonts w:ascii="Times New Roman" w:hAnsi="Times New Roman" w:cs="Times New Roman"/>
          <w:color w:val="000000" w:themeColor="text1"/>
        </w:rPr>
        <w:t>Ờ</w:t>
      </w:r>
      <w:r w:rsidRPr="00034412">
        <w:rPr>
          <w:rFonts w:ascii="Times New Roman" w:hAnsi="Times New Roman" w:cs="Times New Roman"/>
          <w:color w:val="000000" w:themeColor="text1"/>
        </w:rPr>
        <w:t>I GIÁM H</w:t>
      </w:r>
      <w:r w:rsidRPr="00034412">
        <w:rPr>
          <w:rFonts w:ascii="Times New Roman" w:hAnsi="Times New Roman" w:cs="Times New Roman"/>
          <w:color w:val="000000" w:themeColor="text1"/>
        </w:rPr>
        <w:t>Ộ</w:t>
      </w:r>
      <w:r w:rsidRPr="00034412">
        <w:rPr>
          <w:rFonts w:ascii="Times New Roman" w:hAnsi="Times New Roman" w:cs="Times New Roman"/>
          <w:color w:val="000000" w:themeColor="text1"/>
        </w:rPr>
        <w:t xml:space="preserve"> C</w:t>
      </w:r>
      <w:r w:rsidRPr="00034412">
        <w:rPr>
          <w:rFonts w:ascii="Times New Roman" w:hAnsi="Times New Roman" w:cs="Times New Roman"/>
          <w:color w:val="000000" w:themeColor="text1"/>
        </w:rPr>
        <w:t>Ủ</w:t>
      </w:r>
      <w:r w:rsidRPr="00034412">
        <w:rPr>
          <w:rFonts w:ascii="Times New Roman" w:hAnsi="Times New Roman" w:cs="Times New Roman"/>
          <w:color w:val="000000" w:themeColor="text1"/>
        </w:rPr>
        <w:t>A NGƯ</w:t>
      </w:r>
      <w:r w:rsidRPr="00034412">
        <w:rPr>
          <w:rFonts w:ascii="Times New Roman" w:hAnsi="Times New Roman" w:cs="Times New Roman"/>
          <w:color w:val="000000" w:themeColor="text1"/>
        </w:rPr>
        <w:t>Ờ</w:t>
      </w:r>
      <w:r w:rsidRPr="00034412">
        <w:rPr>
          <w:rFonts w:ascii="Times New Roman" w:hAnsi="Times New Roman" w:cs="Times New Roman"/>
          <w:color w:val="000000" w:themeColor="text1"/>
        </w:rPr>
        <w:t>I CHƯA THÀNH NIÊN V</w:t>
      </w:r>
      <w:r w:rsidRPr="00034412">
        <w:rPr>
          <w:rFonts w:ascii="Times New Roman" w:hAnsi="Times New Roman" w:cs="Times New Roman"/>
          <w:color w:val="000000" w:themeColor="text1"/>
        </w:rPr>
        <w:t>Ề</w:t>
      </w:r>
      <w:r w:rsidRPr="00034412">
        <w:rPr>
          <w:rFonts w:ascii="Times New Roman" w:hAnsi="Times New Roman" w:cs="Times New Roman"/>
          <w:color w:val="000000" w:themeColor="text1"/>
        </w:rPr>
        <w:t xml:space="preserve"> VI</w:t>
      </w:r>
      <w:r w:rsidRPr="00034412">
        <w:rPr>
          <w:rFonts w:ascii="Times New Roman" w:hAnsi="Times New Roman" w:cs="Times New Roman"/>
          <w:color w:val="000000" w:themeColor="text1"/>
        </w:rPr>
        <w:t>Ệ</w:t>
      </w:r>
      <w:r w:rsidRPr="00034412">
        <w:rPr>
          <w:rFonts w:ascii="Times New Roman" w:hAnsi="Times New Roman" w:cs="Times New Roman"/>
          <w:color w:val="000000" w:themeColor="text1"/>
        </w:rPr>
        <w:t>C ĐĂNG KÝ, S</w:t>
      </w:r>
      <w:r w:rsidRPr="00034412">
        <w:rPr>
          <w:rFonts w:ascii="Times New Roman" w:hAnsi="Times New Roman" w:cs="Times New Roman"/>
          <w:color w:val="000000" w:themeColor="text1"/>
        </w:rPr>
        <w:t>Ử</w:t>
      </w:r>
      <w:r w:rsidRPr="00034412">
        <w:rPr>
          <w:rFonts w:ascii="Times New Roman" w:hAnsi="Times New Roman" w:cs="Times New Roman"/>
          <w:color w:val="000000" w:themeColor="text1"/>
        </w:rPr>
        <w:t xml:space="preserve"> D</w:t>
      </w:r>
      <w:r w:rsidRPr="00034412">
        <w:rPr>
          <w:rFonts w:ascii="Times New Roman" w:hAnsi="Times New Roman" w:cs="Times New Roman"/>
          <w:color w:val="000000" w:themeColor="text1"/>
        </w:rPr>
        <w:t>Ụ</w:t>
      </w:r>
      <w:r w:rsidRPr="00034412">
        <w:rPr>
          <w:rFonts w:ascii="Times New Roman" w:hAnsi="Times New Roman" w:cs="Times New Roman"/>
          <w:color w:val="000000" w:themeColor="text1"/>
        </w:rPr>
        <w:t>NG TÊN MI</w:t>
      </w:r>
      <w:r w:rsidRPr="00034412">
        <w:rPr>
          <w:rFonts w:ascii="Times New Roman" w:hAnsi="Times New Roman" w:cs="Times New Roman"/>
          <w:color w:val="000000" w:themeColor="text1"/>
        </w:rPr>
        <w:t>Ề</w:t>
      </w:r>
      <w:r w:rsidRPr="00034412">
        <w:rPr>
          <w:rFonts w:ascii="Times New Roman" w:hAnsi="Times New Roman" w:cs="Times New Roman"/>
          <w:color w:val="000000" w:themeColor="text1"/>
        </w:rPr>
        <w:t>N QU</w:t>
      </w:r>
      <w:r w:rsidRPr="00034412">
        <w:rPr>
          <w:rFonts w:ascii="Times New Roman" w:hAnsi="Times New Roman" w:cs="Times New Roman"/>
          <w:color w:val="000000" w:themeColor="text1"/>
        </w:rPr>
        <w:t>Ố</w:t>
      </w:r>
      <w:r w:rsidRPr="00034412">
        <w:rPr>
          <w:rFonts w:ascii="Times New Roman" w:hAnsi="Times New Roman" w:cs="Times New Roman"/>
          <w:color w:val="000000" w:themeColor="text1"/>
        </w:rPr>
        <w:t>C GIA VI</w:t>
      </w:r>
      <w:r w:rsidRPr="00034412">
        <w:rPr>
          <w:rFonts w:ascii="Times New Roman" w:hAnsi="Times New Roman" w:cs="Times New Roman"/>
          <w:color w:val="000000" w:themeColor="text1"/>
        </w:rPr>
        <w:t>Ệ</w:t>
      </w:r>
      <w:r w:rsidRPr="00034412">
        <w:rPr>
          <w:rFonts w:ascii="Times New Roman" w:hAnsi="Times New Roman" w:cs="Times New Roman"/>
          <w:color w:val="000000" w:themeColor="text1"/>
        </w:rPr>
        <w:t>T NAM “.VN”</w:t>
      </w:r>
    </w:p>
    <w:p w14:paraId="55D09CBA" w14:textId="77777777" w:rsidR="00A42091" w:rsidRDefault="00470B08" w:rsidP="00034412">
      <w:pPr>
        <w:jc w:val="center"/>
        <w:rPr>
          <w:rFonts w:ascii="Times New Roman" w:hAnsi="Times New Roman" w:cs="Times New Roman"/>
          <w:sz w:val="26"/>
          <w:szCs w:val="26"/>
        </w:rPr>
      </w:pPr>
      <w:r w:rsidRPr="00034412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(Trư</w:t>
      </w:r>
      <w:r w:rsidRPr="00034412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ờ</w:t>
      </w:r>
      <w:r w:rsidRPr="00034412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ng h</w:t>
      </w:r>
      <w:r w:rsidRPr="00034412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ợ</w:t>
      </w:r>
      <w:r w:rsidRPr="00034412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p ch</w:t>
      </w:r>
      <w:r w:rsidRPr="00034412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ủ</w:t>
      </w:r>
      <w:r w:rsidRPr="00034412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th</w:t>
      </w:r>
      <w:r w:rsidRPr="00034412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ể</w:t>
      </w:r>
      <w:r w:rsidRPr="00034412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đăng </w:t>
      </w:r>
      <w:r w:rsidRPr="00034412">
        <w:rPr>
          <w:rFonts w:ascii="Times New Roman" w:hAnsi="Times New Roman" w:cs="Times New Roman"/>
          <w:i/>
          <w:iCs/>
          <w:sz w:val="26"/>
          <w:szCs w:val="26"/>
        </w:rPr>
        <w:t>ký tên mi</w:t>
      </w:r>
      <w:r w:rsidRPr="00034412">
        <w:rPr>
          <w:rFonts w:ascii="Times New Roman" w:hAnsi="Times New Roman" w:cs="Times New Roman"/>
          <w:i/>
          <w:iCs/>
          <w:sz w:val="26"/>
          <w:szCs w:val="26"/>
        </w:rPr>
        <w:t>ề</w:t>
      </w:r>
      <w:r w:rsidRPr="00034412">
        <w:rPr>
          <w:rFonts w:ascii="Times New Roman" w:hAnsi="Times New Roman" w:cs="Times New Roman"/>
          <w:i/>
          <w:iCs/>
          <w:sz w:val="26"/>
          <w:szCs w:val="26"/>
        </w:rPr>
        <w:t>n là ngư</w:t>
      </w:r>
      <w:r w:rsidRPr="00034412">
        <w:rPr>
          <w:rFonts w:ascii="Times New Roman" w:hAnsi="Times New Roman" w:cs="Times New Roman"/>
          <w:i/>
          <w:iCs/>
          <w:sz w:val="26"/>
          <w:szCs w:val="26"/>
        </w:rPr>
        <w:t>ờ</w:t>
      </w:r>
      <w:r w:rsidRPr="00034412">
        <w:rPr>
          <w:rFonts w:ascii="Times New Roman" w:hAnsi="Times New Roman" w:cs="Times New Roman"/>
          <w:i/>
          <w:iCs/>
          <w:sz w:val="26"/>
          <w:szCs w:val="26"/>
        </w:rPr>
        <w:t>i chưa đ</w:t>
      </w:r>
      <w:r w:rsidRPr="00034412">
        <w:rPr>
          <w:rFonts w:ascii="Times New Roman" w:hAnsi="Times New Roman" w:cs="Times New Roman"/>
          <w:i/>
          <w:iCs/>
          <w:sz w:val="26"/>
          <w:szCs w:val="26"/>
        </w:rPr>
        <w:t>ủ</w:t>
      </w:r>
      <w:r w:rsidRPr="00034412">
        <w:rPr>
          <w:rFonts w:ascii="Times New Roman" w:hAnsi="Times New Roman" w:cs="Times New Roman"/>
          <w:i/>
          <w:iCs/>
          <w:sz w:val="26"/>
          <w:szCs w:val="26"/>
        </w:rPr>
        <w:t xml:space="preserve"> mư</w:t>
      </w:r>
      <w:r w:rsidRPr="00034412">
        <w:rPr>
          <w:rFonts w:ascii="Times New Roman" w:hAnsi="Times New Roman" w:cs="Times New Roman"/>
          <w:i/>
          <w:iCs/>
          <w:sz w:val="26"/>
          <w:szCs w:val="26"/>
        </w:rPr>
        <w:t>ờ</w:t>
      </w:r>
      <w:r w:rsidRPr="00034412">
        <w:rPr>
          <w:rFonts w:ascii="Times New Roman" w:hAnsi="Times New Roman" w:cs="Times New Roman"/>
          <w:i/>
          <w:iCs/>
          <w:sz w:val="26"/>
          <w:szCs w:val="26"/>
        </w:rPr>
        <w:t>i tám tu</w:t>
      </w:r>
      <w:r w:rsidRPr="00034412">
        <w:rPr>
          <w:rFonts w:ascii="Times New Roman" w:hAnsi="Times New Roman" w:cs="Times New Roman"/>
          <w:i/>
          <w:iCs/>
          <w:sz w:val="26"/>
          <w:szCs w:val="26"/>
        </w:rPr>
        <w:t>ổ</w:t>
      </w:r>
      <w:r w:rsidRPr="00034412">
        <w:rPr>
          <w:rFonts w:ascii="Times New Roman" w:hAnsi="Times New Roman" w:cs="Times New Roman"/>
          <w:i/>
          <w:iCs/>
          <w:sz w:val="26"/>
          <w:szCs w:val="26"/>
        </w:rPr>
        <w:t>i)</w:t>
      </w:r>
      <w:r w:rsidRPr="00034412">
        <w:rPr>
          <w:rFonts w:ascii="Times New Roman" w:hAnsi="Times New Roman" w:cs="Times New Roman"/>
          <w:i/>
          <w:iCs/>
          <w:sz w:val="26"/>
          <w:szCs w:val="26"/>
        </w:rPr>
        <w:br/>
      </w:r>
    </w:p>
    <w:tbl>
      <w:tblPr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ook w:val="04A0" w:firstRow="1" w:lastRow="0" w:firstColumn="1" w:lastColumn="0" w:noHBand="0" w:noVBand="1"/>
      </w:tblPr>
      <w:tblGrid>
        <w:gridCol w:w="3223"/>
        <w:gridCol w:w="5407"/>
      </w:tblGrid>
      <w:tr w:rsidR="00034412" w:rsidRPr="00034412" w14:paraId="423CB507" w14:textId="77777777" w:rsidTr="00034412">
        <w:tc>
          <w:tcPr>
            <w:tcW w:w="8856" w:type="dxa"/>
            <w:gridSpan w:val="2"/>
            <w:vAlign w:val="center"/>
          </w:tcPr>
          <w:p w14:paraId="2AD18088" w14:textId="3CA91233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0344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Thông tin của cha/mẹ/người giám hộ</w:t>
            </w:r>
            <w:r w:rsidR="009628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* </w:t>
            </w:r>
            <w:r w:rsidR="0096285C" w:rsidRPr="0096285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Information of the Parent/Legal Guardian*</w:t>
            </w:r>
          </w:p>
        </w:tc>
      </w:tr>
      <w:tr w:rsidR="00034412" w:rsidRPr="00034412" w14:paraId="4AD51B00" w14:textId="77777777" w:rsidTr="00034412">
        <w:tc>
          <w:tcPr>
            <w:tcW w:w="3301" w:type="dxa"/>
            <w:vAlign w:val="center"/>
          </w:tcPr>
          <w:p w14:paraId="2DF99C4B" w14:textId="3ED79237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Họ và tên *</w:t>
            </w:r>
            <w:r w:rsidR="009628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285C">
              <w:rPr>
                <w:rFonts w:ascii="Times New Roman" w:hAnsi="Times New Roman" w:cs="Times New Roman"/>
                <w:i/>
                <w:iCs/>
              </w:rPr>
              <w:t>Full name *</w:t>
            </w:r>
          </w:p>
        </w:tc>
        <w:tc>
          <w:tcPr>
            <w:tcW w:w="5555" w:type="dxa"/>
            <w:vAlign w:val="center"/>
          </w:tcPr>
          <w:p w14:paraId="5BEDBF6A" w14:textId="77777777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4412" w:rsidRPr="00034412" w14:paraId="34ABE089" w14:textId="77777777" w:rsidTr="00034412">
        <w:tc>
          <w:tcPr>
            <w:tcW w:w="3301" w:type="dxa"/>
            <w:vAlign w:val="center"/>
          </w:tcPr>
          <w:p w14:paraId="164897B8" w14:textId="77777777" w:rsidR="00034412" w:rsidRPr="00034412" w:rsidRDefault="00034412" w:rsidP="003444FA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3441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Số định danh cá nhân/ Hộ chiếu* </w:t>
            </w:r>
            <w:r w:rsidRPr="0096285C">
              <w:rPr>
                <w:rFonts w:ascii="Times New Roman" w:hAnsi="Times New Roman" w:cs="Times New Roman"/>
                <w:i/>
              </w:rPr>
              <w:t>Personal ID Number/ Passport*</w:t>
            </w:r>
          </w:p>
        </w:tc>
        <w:tc>
          <w:tcPr>
            <w:tcW w:w="5555" w:type="dxa"/>
            <w:vAlign w:val="center"/>
          </w:tcPr>
          <w:p w14:paraId="79F12F2E" w14:textId="77777777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4412" w:rsidRPr="00034412" w14:paraId="0A20C139" w14:textId="77777777" w:rsidTr="00034412">
        <w:tc>
          <w:tcPr>
            <w:tcW w:w="3301" w:type="dxa"/>
            <w:vAlign w:val="center"/>
          </w:tcPr>
          <w:p w14:paraId="4CC2E656" w14:textId="08AE9DFF" w:rsidR="00034412" w:rsidRPr="00034412" w:rsidRDefault="00034412" w:rsidP="003444FA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Ngày cấp/ Nơi cấp* </w:t>
            </w:r>
            <w:r w:rsidRPr="0096285C">
              <w:rPr>
                <w:rFonts w:ascii="Times New Roman" w:eastAsia="Times New Roman" w:hAnsi="Times New Roman" w:cs="Times New Roman"/>
                <w:i/>
                <w:iCs/>
              </w:rPr>
              <w:t>Date of Issue/Place of Issue</w:t>
            </w:r>
          </w:p>
        </w:tc>
        <w:tc>
          <w:tcPr>
            <w:tcW w:w="5555" w:type="dxa"/>
            <w:vAlign w:val="center"/>
          </w:tcPr>
          <w:p w14:paraId="6C0B574B" w14:textId="77777777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4412" w:rsidRPr="00034412" w14:paraId="6E5A8DCC" w14:textId="77777777" w:rsidTr="00034412">
        <w:tc>
          <w:tcPr>
            <w:tcW w:w="3301" w:type="dxa"/>
            <w:vMerge w:val="restart"/>
            <w:vAlign w:val="center"/>
          </w:tcPr>
          <w:p w14:paraId="40D1C61B" w14:textId="6D858B1B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 xml:space="preserve">Địa chỉ * </w:t>
            </w:r>
            <w:r w:rsidRPr="0096285C">
              <w:rPr>
                <w:rFonts w:ascii="Times New Roman" w:hAnsi="Times New Roman" w:cs="Times New Roman"/>
                <w:i/>
                <w:iCs/>
              </w:rPr>
              <w:t>Address</w:t>
            </w:r>
            <w:r w:rsidR="0096285C" w:rsidRPr="0096285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6285C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55" w:type="dxa"/>
            <w:vAlign w:val="center"/>
          </w:tcPr>
          <w:p w14:paraId="4AA9C795" w14:textId="77777777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Số nhà, tên đường:</w:t>
            </w:r>
          </w:p>
        </w:tc>
      </w:tr>
      <w:tr w:rsidR="00034412" w:rsidRPr="00034412" w14:paraId="15BA70D1" w14:textId="77777777" w:rsidTr="00034412">
        <w:tc>
          <w:tcPr>
            <w:tcW w:w="3301" w:type="dxa"/>
            <w:vMerge/>
            <w:vAlign w:val="center"/>
          </w:tcPr>
          <w:p w14:paraId="22FEAFD1" w14:textId="77777777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5" w:type="dxa"/>
            <w:vAlign w:val="center"/>
          </w:tcPr>
          <w:p w14:paraId="1FAB9D33" w14:textId="77777777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Xã/Phường/Thị trấn:</w:t>
            </w:r>
          </w:p>
        </w:tc>
      </w:tr>
      <w:tr w:rsidR="00034412" w:rsidRPr="00034412" w14:paraId="16530368" w14:textId="77777777" w:rsidTr="00034412">
        <w:tc>
          <w:tcPr>
            <w:tcW w:w="3301" w:type="dxa"/>
            <w:vMerge/>
            <w:vAlign w:val="center"/>
          </w:tcPr>
          <w:p w14:paraId="2C86B9C0" w14:textId="77777777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5" w:type="dxa"/>
            <w:vAlign w:val="center"/>
          </w:tcPr>
          <w:p w14:paraId="4790BA97" w14:textId="77777777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Tỉnh/Thành phố trực thuộc trung ương:</w:t>
            </w:r>
          </w:p>
        </w:tc>
      </w:tr>
      <w:tr w:rsidR="00034412" w:rsidRPr="00034412" w14:paraId="5D76B1EF" w14:textId="77777777" w:rsidTr="00034412">
        <w:tc>
          <w:tcPr>
            <w:tcW w:w="3301" w:type="dxa"/>
            <w:vMerge/>
            <w:vAlign w:val="center"/>
          </w:tcPr>
          <w:p w14:paraId="09B66A60" w14:textId="77777777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5" w:type="dxa"/>
            <w:vAlign w:val="center"/>
          </w:tcPr>
          <w:p w14:paraId="361BA431" w14:textId="77777777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Quốc gia:</w:t>
            </w:r>
          </w:p>
        </w:tc>
      </w:tr>
      <w:tr w:rsidR="00034412" w:rsidRPr="00034412" w14:paraId="42EDEBB2" w14:textId="77777777" w:rsidTr="00034412">
        <w:tc>
          <w:tcPr>
            <w:tcW w:w="3301" w:type="dxa"/>
            <w:vAlign w:val="center"/>
          </w:tcPr>
          <w:p w14:paraId="1FE4F23A" w14:textId="4B88F6D2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Điện thoại *</w:t>
            </w:r>
            <w:r w:rsidR="009628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285C">
              <w:rPr>
                <w:rFonts w:ascii="Times New Roman" w:hAnsi="Times New Roman" w:cs="Times New Roman"/>
                <w:i/>
                <w:iCs/>
              </w:rPr>
              <w:t>Telephone No.*</w:t>
            </w:r>
          </w:p>
        </w:tc>
        <w:tc>
          <w:tcPr>
            <w:tcW w:w="5555" w:type="dxa"/>
            <w:vAlign w:val="center"/>
          </w:tcPr>
          <w:p w14:paraId="2D2D6E51" w14:textId="77777777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4412" w:rsidRPr="00034412" w14:paraId="4E834CF2" w14:textId="77777777" w:rsidTr="00034412">
        <w:tc>
          <w:tcPr>
            <w:tcW w:w="3301" w:type="dxa"/>
            <w:vAlign w:val="center"/>
          </w:tcPr>
          <w:p w14:paraId="6135FA4E" w14:textId="4D6C7EB5" w:rsidR="00034412" w:rsidRPr="0096285C" w:rsidRDefault="00034412" w:rsidP="003444FA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eastAsia="Times New Roman" w:hAnsi="Times New Roman" w:cs="Times New Roman"/>
                <w:sz w:val="26"/>
                <w:szCs w:val="26"/>
              </w:rPr>
              <w:t>Email chính *</w:t>
            </w:r>
            <w:r w:rsidR="009628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6285C">
              <w:rPr>
                <w:rFonts w:ascii="Times New Roman" w:eastAsia="Times New Roman" w:hAnsi="Times New Roman" w:cs="Times New Roman"/>
                <w:i/>
                <w:iCs/>
              </w:rPr>
              <w:t>Primary mail *</w:t>
            </w:r>
          </w:p>
        </w:tc>
        <w:tc>
          <w:tcPr>
            <w:tcW w:w="5555" w:type="dxa"/>
            <w:vAlign w:val="center"/>
          </w:tcPr>
          <w:p w14:paraId="6ED07772" w14:textId="77777777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4412" w:rsidRPr="00034412" w14:paraId="4ECFA024" w14:textId="77777777" w:rsidTr="00034412">
        <w:tc>
          <w:tcPr>
            <w:tcW w:w="3301" w:type="dxa"/>
            <w:vAlign w:val="center"/>
          </w:tcPr>
          <w:p w14:paraId="6A0F5740" w14:textId="426EB403" w:rsidR="0096285C" w:rsidRPr="0096285C" w:rsidRDefault="00034412" w:rsidP="003444FA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Quan hệ với người chưa thành niên</w:t>
            </w:r>
            <w:r w:rsidR="0096285C"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  <w:r w:rsidR="0096285C" w:rsidRPr="0096285C">
              <w:rPr>
                <w:rFonts w:ascii="Times New Roman" w:hAnsi="Times New Roman" w:cs="Times New Roman"/>
                <w:i/>
                <w:iCs/>
              </w:rPr>
              <w:t>Relationship to the Minor*</w:t>
            </w:r>
          </w:p>
        </w:tc>
        <w:tc>
          <w:tcPr>
            <w:tcW w:w="5555" w:type="dxa"/>
            <w:vAlign w:val="center"/>
          </w:tcPr>
          <w:p w14:paraId="6993311A" w14:textId="284D86B7" w:rsidR="00034412" w:rsidRPr="00034412" w:rsidRDefault="00034412" w:rsidP="0096285C">
            <w:pPr>
              <w:tabs>
                <w:tab w:val="left" w:leader="dot" w:pos="3060"/>
                <w:tab w:val="left" w:leader="dot" w:pos="7110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 xml:space="preserve"> Cha   </w:t>
            </w:r>
            <w:r w:rsidRPr="00034412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 xml:space="preserve"> Mẹ   </w:t>
            </w:r>
            <w:r w:rsidRPr="00034412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 xml:space="preserve"> Người giám hộ</w:t>
            </w:r>
          </w:p>
        </w:tc>
      </w:tr>
      <w:tr w:rsidR="00034412" w:rsidRPr="00034412" w14:paraId="6978F1EA" w14:textId="77777777" w:rsidTr="00EC164B">
        <w:tc>
          <w:tcPr>
            <w:tcW w:w="8856" w:type="dxa"/>
            <w:gridSpan w:val="2"/>
            <w:vAlign w:val="center"/>
          </w:tcPr>
          <w:p w14:paraId="7489E73C" w14:textId="2FBF023D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Segoe UI Symbol" w:hAnsi="Segoe UI Symbol" w:cs="Segoe UI Symbol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2. </w:t>
            </w:r>
            <w:r w:rsidRPr="0003441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Thông tin người được giám hộ</w:t>
            </w:r>
            <w:r w:rsidR="009628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* </w:t>
            </w:r>
            <w:r w:rsidR="0096285C" w:rsidRPr="0096285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Information of the Minor Under Guardianship</w:t>
            </w:r>
            <w:r w:rsidR="0096285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*</w:t>
            </w:r>
          </w:p>
        </w:tc>
      </w:tr>
      <w:tr w:rsidR="00034412" w:rsidRPr="00034412" w14:paraId="0AE4B889" w14:textId="77777777" w:rsidTr="00034412">
        <w:tc>
          <w:tcPr>
            <w:tcW w:w="3301" w:type="dxa"/>
            <w:vAlign w:val="center"/>
          </w:tcPr>
          <w:p w14:paraId="1E2BB58F" w14:textId="13DCEA63" w:rsidR="00034412" w:rsidRPr="00034412" w:rsidRDefault="00034412" w:rsidP="003444FA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Họ và tên *</w:t>
            </w:r>
            <w:r w:rsidR="009628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285C">
              <w:rPr>
                <w:rFonts w:ascii="Times New Roman" w:hAnsi="Times New Roman" w:cs="Times New Roman"/>
                <w:i/>
                <w:iCs/>
              </w:rPr>
              <w:t>Full name *</w:t>
            </w:r>
          </w:p>
        </w:tc>
        <w:tc>
          <w:tcPr>
            <w:tcW w:w="5555" w:type="dxa"/>
            <w:vAlign w:val="center"/>
          </w:tcPr>
          <w:p w14:paraId="0DE0FA08" w14:textId="77777777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4412" w:rsidRPr="00034412" w14:paraId="702A0477" w14:textId="77777777" w:rsidTr="00034412">
        <w:tc>
          <w:tcPr>
            <w:tcW w:w="3301" w:type="dxa"/>
            <w:vAlign w:val="center"/>
          </w:tcPr>
          <w:p w14:paraId="3578EFE0" w14:textId="07FD4C13" w:rsidR="00034412" w:rsidRPr="00034412" w:rsidRDefault="00034412" w:rsidP="003444FA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Ngày, tháng, năm sinh</w:t>
            </w:r>
            <w:r w:rsidRPr="33225199">
              <w:t>*</w:t>
            </w:r>
            <w:r>
              <w:t xml:space="preserve"> </w:t>
            </w:r>
            <w:r w:rsidRPr="0096285C">
              <w:rPr>
                <w:i/>
                <w:iCs/>
              </w:rPr>
              <w:t>Date of birth*</w:t>
            </w:r>
          </w:p>
        </w:tc>
        <w:tc>
          <w:tcPr>
            <w:tcW w:w="5555" w:type="dxa"/>
            <w:vAlign w:val="center"/>
          </w:tcPr>
          <w:p w14:paraId="7B972316" w14:textId="77777777" w:rsidR="00034412" w:rsidRPr="00034412" w:rsidRDefault="00034412" w:rsidP="003444FA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4412" w:rsidRPr="00034412" w14:paraId="4937EE75" w14:textId="77777777" w:rsidTr="00034412">
        <w:tc>
          <w:tcPr>
            <w:tcW w:w="3301" w:type="dxa"/>
            <w:vAlign w:val="center"/>
          </w:tcPr>
          <w:p w14:paraId="1A6602F2" w14:textId="53D0C8E6" w:rsidR="00034412" w:rsidRPr="00034412" w:rsidRDefault="00034412" w:rsidP="00034412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3441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Số định danh cá nhân/ Hộ chiếu* </w:t>
            </w:r>
            <w:r w:rsidRPr="0096285C">
              <w:rPr>
                <w:rFonts w:ascii="Times New Roman" w:hAnsi="Times New Roman" w:cs="Times New Roman"/>
                <w:i/>
              </w:rPr>
              <w:t>Personal ID Number/ Passport*</w:t>
            </w:r>
          </w:p>
        </w:tc>
        <w:tc>
          <w:tcPr>
            <w:tcW w:w="5555" w:type="dxa"/>
            <w:vAlign w:val="center"/>
          </w:tcPr>
          <w:p w14:paraId="568BB8A8" w14:textId="77777777" w:rsidR="00034412" w:rsidRPr="00034412" w:rsidRDefault="00034412" w:rsidP="00034412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4412" w:rsidRPr="00034412" w14:paraId="1EDBE24B" w14:textId="77777777" w:rsidTr="00034412">
        <w:tc>
          <w:tcPr>
            <w:tcW w:w="3301" w:type="dxa"/>
            <w:vAlign w:val="center"/>
          </w:tcPr>
          <w:p w14:paraId="3E30F822" w14:textId="0BB80F0D" w:rsidR="00034412" w:rsidRPr="00034412" w:rsidRDefault="00034412" w:rsidP="00034412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3441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Ngày cấp/ Nơi cấp* </w:t>
            </w:r>
            <w:r w:rsidRPr="0096285C">
              <w:rPr>
                <w:rFonts w:ascii="Times New Roman" w:eastAsia="Times New Roman" w:hAnsi="Times New Roman" w:cs="Times New Roman"/>
                <w:i/>
                <w:iCs/>
              </w:rPr>
              <w:t>Date of Issue/Place of Issue</w:t>
            </w:r>
          </w:p>
        </w:tc>
        <w:tc>
          <w:tcPr>
            <w:tcW w:w="5555" w:type="dxa"/>
            <w:vAlign w:val="center"/>
          </w:tcPr>
          <w:p w14:paraId="77AC0F82" w14:textId="77777777" w:rsidR="00034412" w:rsidRPr="00034412" w:rsidRDefault="00034412" w:rsidP="00034412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5C" w:rsidRPr="00034412" w14:paraId="24BEF95E" w14:textId="77777777" w:rsidTr="00034412">
        <w:tc>
          <w:tcPr>
            <w:tcW w:w="3301" w:type="dxa"/>
            <w:vMerge w:val="restart"/>
            <w:vAlign w:val="center"/>
          </w:tcPr>
          <w:p w14:paraId="47647CCA" w14:textId="1D188D9E" w:rsidR="0096285C" w:rsidRPr="00034412" w:rsidRDefault="0096285C" w:rsidP="00034412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 xml:space="preserve">Địa chỉ * </w:t>
            </w:r>
            <w:r w:rsidRPr="0096285C">
              <w:rPr>
                <w:rFonts w:ascii="Times New Roman" w:hAnsi="Times New Roman" w:cs="Times New Roman"/>
                <w:i/>
                <w:iCs/>
              </w:rPr>
              <w:t>Address*</w:t>
            </w:r>
          </w:p>
        </w:tc>
        <w:tc>
          <w:tcPr>
            <w:tcW w:w="5555" w:type="dxa"/>
            <w:vAlign w:val="center"/>
          </w:tcPr>
          <w:p w14:paraId="75143EED" w14:textId="653F7893" w:rsidR="0096285C" w:rsidRPr="00034412" w:rsidRDefault="0096285C" w:rsidP="00034412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Số nhà, tên đường:</w:t>
            </w:r>
          </w:p>
        </w:tc>
      </w:tr>
      <w:tr w:rsidR="0096285C" w:rsidRPr="00034412" w14:paraId="5778D0F4" w14:textId="77777777" w:rsidTr="00034412">
        <w:tc>
          <w:tcPr>
            <w:tcW w:w="3301" w:type="dxa"/>
            <w:vMerge/>
            <w:vAlign w:val="center"/>
          </w:tcPr>
          <w:p w14:paraId="6C53332B" w14:textId="77777777" w:rsidR="0096285C" w:rsidRPr="00034412" w:rsidRDefault="0096285C" w:rsidP="00034412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55" w:type="dxa"/>
            <w:vAlign w:val="center"/>
          </w:tcPr>
          <w:p w14:paraId="4EDEE15F" w14:textId="4F018D2C" w:rsidR="0096285C" w:rsidRPr="00034412" w:rsidRDefault="0096285C" w:rsidP="00034412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Xã/Phường/Thị trấn:</w:t>
            </w:r>
          </w:p>
        </w:tc>
      </w:tr>
      <w:tr w:rsidR="0096285C" w:rsidRPr="00034412" w14:paraId="07D15A66" w14:textId="77777777" w:rsidTr="00034412">
        <w:tc>
          <w:tcPr>
            <w:tcW w:w="3301" w:type="dxa"/>
            <w:vMerge/>
            <w:vAlign w:val="center"/>
          </w:tcPr>
          <w:p w14:paraId="724BA5DE" w14:textId="77777777" w:rsidR="0096285C" w:rsidRPr="00034412" w:rsidRDefault="0096285C" w:rsidP="00034412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55" w:type="dxa"/>
            <w:vAlign w:val="center"/>
          </w:tcPr>
          <w:p w14:paraId="5B27255D" w14:textId="0991AECC" w:rsidR="0096285C" w:rsidRPr="00034412" w:rsidRDefault="0096285C" w:rsidP="00034412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Tỉnh/Thành phố trực thuộc trung ương:</w:t>
            </w:r>
          </w:p>
        </w:tc>
      </w:tr>
      <w:tr w:rsidR="0096285C" w:rsidRPr="00034412" w14:paraId="233B8B76" w14:textId="77777777" w:rsidTr="00034412">
        <w:tc>
          <w:tcPr>
            <w:tcW w:w="3301" w:type="dxa"/>
            <w:vMerge/>
            <w:vAlign w:val="center"/>
          </w:tcPr>
          <w:p w14:paraId="3B5536B3" w14:textId="77777777" w:rsidR="0096285C" w:rsidRPr="00034412" w:rsidRDefault="0096285C" w:rsidP="00034412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55" w:type="dxa"/>
            <w:vAlign w:val="center"/>
          </w:tcPr>
          <w:p w14:paraId="4F203FC7" w14:textId="34EB8B79" w:rsidR="0096285C" w:rsidRPr="00034412" w:rsidRDefault="0096285C" w:rsidP="00034412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Quốc gia:</w:t>
            </w:r>
          </w:p>
        </w:tc>
      </w:tr>
      <w:tr w:rsidR="00034412" w:rsidRPr="00034412" w14:paraId="4825A137" w14:textId="77777777" w:rsidTr="00034412">
        <w:tc>
          <w:tcPr>
            <w:tcW w:w="3301" w:type="dxa"/>
            <w:vAlign w:val="center"/>
          </w:tcPr>
          <w:p w14:paraId="7D943D53" w14:textId="4D03D47A" w:rsidR="00034412" w:rsidRPr="00034412" w:rsidRDefault="00034412" w:rsidP="00034412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Điện thoại *</w:t>
            </w:r>
            <w:r w:rsidR="009628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285C">
              <w:rPr>
                <w:rFonts w:ascii="Times New Roman" w:hAnsi="Times New Roman" w:cs="Times New Roman"/>
                <w:i/>
                <w:iCs/>
              </w:rPr>
              <w:t>Telephone No. *</w:t>
            </w:r>
          </w:p>
        </w:tc>
        <w:tc>
          <w:tcPr>
            <w:tcW w:w="5555" w:type="dxa"/>
            <w:vAlign w:val="center"/>
          </w:tcPr>
          <w:p w14:paraId="3B019E60" w14:textId="77777777" w:rsidR="00034412" w:rsidRPr="00034412" w:rsidRDefault="00034412" w:rsidP="00034412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4412" w:rsidRPr="00034412" w14:paraId="3316C24B" w14:textId="77777777" w:rsidTr="00034412">
        <w:tc>
          <w:tcPr>
            <w:tcW w:w="3301" w:type="dxa"/>
            <w:vAlign w:val="center"/>
          </w:tcPr>
          <w:p w14:paraId="14E71D1F" w14:textId="0DF36D8D" w:rsidR="00034412" w:rsidRPr="0096285C" w:rsidRDefault="00034412" w:rsidP="00034412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eastAsia="Times New Roman" w:hAnsi="Times New Roman" w:cs="Times New Roman"/>
                <w:sz w:val="26"/>
                <w:szCs w:val="26"/>
              </w:rPr>
              <w:t>Email chính *</w:t>
            </w:r>
            <w:r w:rsidR="009628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6285C">
              <w:rPr>
                <w:rFonts w:ascii="Times New Roman" w:eastAsia="Times New Roman" w:hAnsi="Times New Roman" w:cs="Times New Roman"/>
                <w:i/>
                <w:iCs/>
              </w:rPr>
              <w:t>Primary mail *</w:t>
            </w:r>
          </w:p>
        </w:tc>
        <w:tc>
          <w:tcPr>
            <w:tcW w:w="5555" w:type="dxa"/>
            <w:vAlign w:val="center"/>
          </w:tcPr>
          <w:p w14:paraId="0154F3B9" w14:textId="77777777" w:rsidR="00034412" w:rsidRPr="00034412" w:rsidRDefault="00034412" w:rsidP="00034412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4412" w:rsidRPr="00034412" w14:paraId="76853CE0" w14:textId="77777777" w:rsidTr="00034412">
        <w:tc>
          <w:tcPr>
            <w:tcW w:w="3301" w:type="dxa"/>
            <w:vAlign w:val="center"/>
          </w:tcPr>
          <w:p w14:paraId="6B5F1183" w14:textId="79BFC67D" w:rsidR="0096285C" w:rsidRPr="00034412" w:rsidRDefault="00034412" w:rsidP="00034412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Tên miền được đăng ký*</w:t>
            </w:r>
            <w:r w:rsidR="009628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96285C" w:rsidRPr="0096285C">
              <w:rPr>
                <w:rFonts w:ascii="Times New Roman" w:eastAsia="Times New Roman" w:hAnsi="Times New Roman" w:cs="Times New Roman"/>
                <w:i/>
                <w:iCs/>
              </w:rPr>
              <w:t>Domain Name</w:t>
            </w:r>
            <w:r w:rsidR="0096285C" w:rsidRPr="0096285C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5555" w:type="dxa"/>
            <w:vAlign w:val="center"/>
          </w:tcPr>
          <w:p w14:paraId="392FB6D1" w14:textId="77777777" w:rsidR="00034412" w:rsidRPr="00034412" w:rsidRDefault="00034412" w:rsidP="00034412">
            <w:pPr>
              <w:tabs>
                <w:tab w:val="left" w:leader="dot" w:pos="3060"/>
                <w:tab w:val="left" w:leader="dot" w:pos="711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4412" w:rsidRPr="00034412" w14:paraId="514424AE" w14:textId="77777777" w:rsidTr="00034412">
        <w:tc>
          <w:tcPr>
            <w:tcW w:w="3301" w:type="dxa"/>
            <w:vAlign w:val="center"/>
          </w:tcPr>
          <w:p w14:paraId="2CE385B4" w14:textId="3639D06B" w:rsidR="00034412" w:rsidRDefault="00034412" w:rsidP="00034412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Nhà đăng ký quản lý tên miền* </w:t>
            </w:r>
            <w:r w:rsidRPr="0096285C">
              <w:rPr>
                <w:rFonts w:ascii="Times New Roman" w:eastAsia="Times New Roman" w:hAnsi="Times New Roman" w:cs="Times New Roman"/>
                <w:i/>
                <w:iCs/>
              </w:rPr>
              <w:t>Registrar*</w:t>
            </w:r>
          </w:p>
        </w:tc>
        <w:tc>
          <w:tcPr>
            <w:tcW w:w="5555" w:type="dxa"/>
            <w:vAlign w:val="center"/>
          </w:tcPr>
          <w:p w14:paraId="2F8D0D4E" w14:textId="5FD8E59A" w:rsidR="00034412" w:rsidRPr="00034412" w:rsidRDefault="00034412" w:rsidP="00034412">
            <w:pPr>
              <w:tabs>
                <w:tab w:val="left" w:leader="dot" w:pos="3060"/>
                <w:tab w:val="left" w:leader="dot" w:pos="711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3441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ty Cổ phần Mắt Bão</w:t>
            </w:r>
          </w:p>
        </w:tc>
      </w:tr>
    </w:tbl>
    <w:p w14:paraId="65F942A6" w14:textId="77777777" w:rsidR="00034412" w:rsidRDefault="00034412">
      <w:pPr>
        <w:rPr>
          <w:rFonts w:ascii="Times New Roman" w:hAnsi="Times New Roman" w:cs="Times New Roman"/>
          <w:sz w:val="26"/>
          <w:szCs w:val="26"/>
        </w:rPr>
      </w:pPr>
    </w:p>
    <w:p w14:paraId="714D86C7" w14:textId="48B80F22" w:rsidR="0096285C" w:rsidRPr="00034412" w:rsidRDefault="00470B08">
      <w:pPr>
        <w:rPr>
          <w:rFonts w:ascii="Times New Roman" w:hAnsi="Times New Roman" w:cs="Times New Roman"/>
          <w:sz w:val="26"/>
          <w:szCs w:val="26"/>
        </w:rPr>
      </w:pPr>
      <w:r w:rsidRPr="00034412">
        <w:rPr>
          <w:rFonts w:ascii="Times New Roman" w:hAnsi="Times New Roman" w:cs="Times New Roman"/>
          <w:sz w:val="26"/>
          <w:szCs w:val="26"/>
        </w:rPr>
        <w:t>Tôi xác nh</w:t>
      </w:r>
      <w:r w:rsidRPr="00034412">
        <w:rPr>
          <w:rFonts w:ascii="Times New Roman" w:hAnsi="Times New Roman" w:cs="Times New Roman"/>
          <w:sz w:val="26"/>
          <w:szCs w:val="26"/>
        </w:rPr>
        <w:t>ậ</w:t>
      </w:r>
      <w:r w:rsidRPr="00034412">
        <w:rPr>
          <w:rFonts w:ascii="Times New Roman" w:hAnsi="Times New Roman" w:cs="Times New Roman"/>
          <w:sz w:val="26"/>
          <w:szCs w:val="26"/>
        </w:rPr>
        <w:t>n:</w:t>
      </w:r>
      <w:r w:rsidR="0096285C">
        <w:rPr>
          <w:rFonts w:ascii="Times New Roman" w:hAnsi="Times New Roman" w:cs="Times New Roman"/>
          <w:sz w:val="26"/>
          <w:szCs w:val="26"/>
        </w:rPr>
        <w:br/>
      </w:r>
      <w:r w:rsidR="0096285C" w:rsidRPr="0096285C">
        <w:rPr>
          <w:rFonts w:ascii="Times New Roman" w:hAnsi="Times New Roman" w:cs="Times New Roman"/>
          <w:i/>
          <w:iCs/>
        </w:rPr>
        <w:t>I hereby confirm that</w:t>
      </w:r>
    </w:p>
    <w:p w14:paraId="62F68AA4" w14:textId="77777777" w:rsidR="0096285C" w:rsidRDefault="00470B08">
      <w:pPr>
        <w:rPr>
          <w:rFonts w:ascii="Times New Roman" w:hAnsi="Times New Roman" w:cs="Times New Roman"/>
          <w:i/>
          <w:iCs/>
        </w:rPr>
      </w:pPr>
      <w:r w:rsidRPr="00034412">
        <w:rPr>
          <w:rFonts w:ascii="Times New Roman" w:hAnsi="Times New Roman" w:cs="Times New Roman"/>
          <w:sz w:val="26"/>
          <w:szCs w:val="26"/>
        </w:rPr>
        <w:t>- Ch</w:t>
      </w:r>
      <w:r w:rsidRPr="00034412">
        <w:rPr>
          <w:rFonts w:ascii="Times New Roman" w:hAnsi="Times New Roman" w:cs="Times New Roman"/>
          <w:sz w:val="26"/>
          <w:szCs w:val="26"/>
        </w:rPr>
        <w:t>ị</w:t>
      </w:r>
      <w:r w:rsidRPr="00034412">
        <w:rPr>
          <w:rFonts w:ascii="Times New Roman" w:hAnsi="Times New Roman" w:cs="Times New Roman"/>
          <w:sz w:val="26"/>
          <w:szCs w:val="26"/>
        </w:rPr>
        <w:t>u trách nhi</w:t>
      </w:r>
      <w:r w:rsidRPr="00034412">
        <w:rPr>
          <w:rFonts w:ascii="Times New Roman" w:hAnsi="Times New Roman" w:cs="Times New Roman"/>
          <w:sz w:val="26"/>
          <w:szCs w:val="26"/>
        </w:rPr>
        <w:t>ệ</w:t>
      </w:r>
      <w:r w:rsidRPr="00034412">
        <w:rPr>
          <w:rFonts w:ascii="Times New Roman" w:hAnsi="Times New Roman" w:cs="Times New Roman"/>
          <w:sz w:val="26"/>
          <w:szCs w:val="26"/>
        </w:rPr>
        <w:t>m trư</w:t>
      </w:r>
      <w:r w:rsidRPr="00034412">
        <w:rPr>
          <w:rFonts w:ascii="Times New Roman" w:hAnsi="Times New Roman" w:cs="Times New Roman"/>
          <w:sz w:val="26"/>
          <w:szCs w:val="26"/>
        </w:rPr>
        <w:t>ớ</w:t>
      </w:r>
      <w:r w:rsidRPr="00034412">
        <w:rPr>
          <w:rFonts w:ascii="Times New Roman" w:hAnsi="Times New Roman" w:cs="Times New Roman"/>
          <w:sz w:val="26"/>
          <w:szCs w:val="26"/>
        </w:rPr>
        <w:t>c pháp lu</w:t>
      </w:r>
      <w:r w:rsidRPr="00034412">
        <w:rPr>
          <w:rFonts w:ascii="Times New Roman" w:hAnsi="Times New Roman" w:cs="Times New Roman"/>
          <w:sz w:val="26"/>
          <w:szCs w:val="26"/>
        </w:rPr>
        <w:t>ậ</w:t>
      </w:r>
      <w:r w:rsidRPr="00034412">
        <w:rPr>
          <w:rFonts w:ascii="Times New Roman" w:hAnsi="Times New Roman" w:cs="Times New Roman"/>
          <w:sz w:val="26"/>
          <w:szCs w:val="26"/>
        </w:rPr>
        <w:t>t v</w:t>
      </w:r>
      <w:r w:rsidRPr="00034412">
        <w:rPr>
          <w:rFonts w:ascii="Times New Roman" w:hAnsi="Times New Roman" w:cs="Times New Roman"/>
          <w:sz w:val="26"/>
          <w:szCs w:val="26"/>
        </w:rPr>
        <w:t>ề</w:t>
      </w:r>
      <w:r w:rsidRPr="00034412">
        <w:rPr>
          <w:rFonts w:ascii="Times New Roman" w:hAnsi="Times New Roman" w:cs="Times New Roman"/>
          <w:sz w:val="26"/>
          <w:szCs w:val="26"/>
        </w:rPr>
        <w:t xml:space="preserve"> tính chính xác c</w:t>
      </w:r>
      <w:r w:rsidRPr="00034412">
        <w:rPr>
          <w:rFonts w:ascii="Times New Roman" w:hAnsi="Times New Roman" w:cs="Times New Roman"/>
          <w:sz w:val="26"/>
          <w:szCs w:val="26"/>
        </w:rPr>
        <w:t>ủ</w:t>
      </w:r>
      <w:r w:rsidRPr="00034412">
        <w:rPr>
          <w:rFonts w:ascii="Times New Roman" w:hAnsi="Times New Roman" w:cs="Times New Roman"/>
          <w:sz w:val="26"/>
          <w:szCs w:val="26"/>
        </w:rPr>
        <w:t>a các thông tin nêu trên.</w:t>
      </w:r>
      <w:r w:rsidR="0096285C">
        <w:rPr>
          <w:rFonts w:ascii="Times New Roman" w:hAnsi="Times New Roman" w:cs="Times New Roman"/>
          <w:sz w:val="26"/>
          <w:szCs w:val="26"/>
        </w:rPr>
        <w:br/>
      </w:r>
      <w:r w:rsidR="0096285C" w:rsidRPr="0096285C">
        <w:rPr>
          <w:rFonts w:ascii="Times New Roman" w:hAnsi="Times New Roman" w:cs="Times New Roman"/>
          <w:i/>
          <w:iCs/>
        </w:rPr>
        <w:t>I take full legal responsibility for the accuracy of all information stated above.</w:t>
      </w:r>
    </w:p>
    <w:p w14:paraId="308A1652" w14:textId="71DB843A" w:rsidR="00A42091" w:rsidRPr="0096285C" w:rsidRDefault="00470B08">
      <w:pPr>
        <w:rPr>
          <w:rFonts w:ascii="Times New Roman" w:hAnsi="Times New Roman" w:cs="Times New Roman"/>
          <w:i/>
          <w:iCs/>
        </w:rPr>
      </w:pPr>
      <w:r w:rsidRPr="00034412">
        <w:rPr>
          <w:rFonts w:ascii="Times New Roman" w:hAnsi="Times New Roman" w:cs="Times New Roman"/>
          <w:sz w:val="26"/>
          <w:szCs w:val="26"/>
        </w:rPr>
        <w:lastRenderedPageBreak/>
        <w:t>- Đ</w:t>
      </w:r>
      <w:r w:rsidRPr="00034412">
        <w:rPr>
          <w:rFonts w:ascii="Times New Roman" w:hAnsi="Times New Roman" w:cs="Times New Roman"/>
          <w:sz w:val="26"/>
          <w:szCs w:val="26"/>
        </w:rPr>
        <w:t>ồ</w:t>
      </w:r>
      <w:r w:rsidRPr="00034412">
        <w:rPr>
          <w:rFonts w:ascii="Times New Roman" w:hAnsi="Times New Roman" w:cs="Times New Roman"/>
          <w:sz w:val="26"/>
          <w:szCs w:val="26"/>
        </w:rPr>
        <w:t>ng ý cho ngư</w:t>
      </w:r>
      <w:r w:rsidRPr="00034412">
        <w:rPr>
          <w:rFonts w:ascii="Times New Roman" w:hAnsi="Times New Roman" w:cs="Times New Roman"/>
          <w:sz w:val="26"/>
          <w:szCs w:val="26"/>
        </w:rPr>
        <w:t>ờ</w:t>
      </w:r>
      <w:r w:rsidRPr="00034412">
        <w:rPr>
          <w:rFonts w:ascii="Times New Roman" w:hAnsi="Times New Roman" w:cs="Times New Roman"/>
          <w:sz w:val="26"/>
          <w:szCs w:val="26"/>
        </w:rPr>
        <w:t>i đư</w:t>
      </w:r>
      <w:r w:rsidRPr="00034412">
        <w:rPr>
          <w:rFonts w:ascii="Times New Roman" w:hAnsi="Times New Roman" w:cs="Times New Roman"/>
          <w:sz w:val="26"/>
          <w:szCs w:val="26"/>
        </w:rPr>
        <w:t>ợ</w:t>
      </w:r>
      <w:r w:rsidRPr="00034412">
        <w:rPr>
          <w:rFonts w:ascii="Times New Roman" w:hAnsi="Times New Roman" w:cs="Times New Roman"/>
          <w:sz w:val="26"/>
          <w:szCs w:val="26"/>
        </w:rPr>
        <w:t>c giám h</w:t>
      </w:r>
      <w:r w:rsidRPr="00034412">
        <w:rPr>
          <w:rFonts w:ascii="Times New Roman" w:hAnsi="Times New Roman" w:cs="Times New Roman"/>
          <w:sz w:val="26"/>
          <w:szCs w:val="26"/>
        </w:rPr>
        <w:t>ộ</w:t>
      </w:r>
      <w:r w:rsidRPr="00034412">
        <w:rPr>
          <w:rFonts w:ascii="Times New Roman" w:hAnsi="Times New Roman" w:cs="Times New Roman"/>
          <w:sz w:val="26"/>
          <w:szCs w:val="26"/>
        </w:rPr>
        <w:t xml:space="preserve"> v</w:t>
      </w:r>
      <w:r w:rsidRPr="00034412">
        <w:rPr>
          <w:rFonts w:ascii="Times New Roman" w:hAnsi="Times New Roman" w:cs="Times New Roman"/>
          <w:sz w:val="26"/>
          <w:szCs w:val="26"/>
        </w:rPr>
        <w:t>ớ</w:t>
      </w:r>
      <w:r w:rsidRPr="00034412">
        <w:rPr>
          <w:rFonts w:ascii="Times New Roman" w:hAnsi="Times New Roman" w:cs="Times New Roman"/>
          <w:sz w:val="26"/>
          <w:szCs w:val="26"/>
        </w:rPr>
        <w:t>i các thông tin trên đây đư</w:t>
      </w:r>
      <w:r w:rsidRPr="00034412">
        <w:rPr>
          <w:rFonts w:ascii="Times New Roman" w:hAnsi="Times New Roman" w:cs="Times New Roman"/>
          <w:sz w:val="26"/>
          <w:szCs w:val="26"/>
        </w:rPr>
        <w:t>ợ</w:t>
      </w:r>
      <w:r w:rsidRPr="00034412">
        <w:rPr>
          <w:rFonts w:ascii="Times New Roman" w:hAnsi="Times New Roman" w:cs="Times New Roman"/>
          <w:sz w:val="26"/>
          <w:szCs w:val="26"/>
        </w:rPr>
        <w:t>c đăng ký tên mi</w:t>
      </w:r>
      <w:r w:rsidRPr="00034412">
        <w:rPr>
          <w:rFonts w:ascii="Times New Roman" w:hAnsi="Times New Roman" w:cs="Times New Roman"/>
          <w:sz w:val="26"/>
          <w:szCs w:val="26"/>
        </w:rPr>
        <w:t>ề</w:t>
      </w:r>
      <w:r w:rsidRPr="00034412">
        <w:rPr>
          <w:rFonts w:ascii="Times New Roman" w:hAnsi="Times New Roman" w:cs="Times New Roman"/>
          <w:sz w:val="26"/>
          <w:szCs w:val="26"/>
        </w:rPr>
        <w:t>n ......................</w:t>
      </w:r>
      <w:r w:rsidR="00034412">
        <w:rPr>
          <w:rFonts w:ascii="Times New Roman" w:hAnsi="Times New Roman" w:cs="Times New Roman"/>
          <w:sz w:val="26"/>
          <w:szCs w:val="26"/>
        </w:rPr>
        <w:t>........</w:t>
      </w:r>
      <w:r w:rsidRPr="00034412">
        <w:rPr>
          <w:rFonts w:ascii="Times New Roman" w:hAnsi="Times New Roman" w:cs="Times New Roman"/>
          <w:sz w:val="26"/>
          <w:szCs w:val="26"/>
        </w:rPr>
        <w:t xml:space="preserve"> t</w:t>
      </w:r>
      <w:r w:rsidRPr="00034412">
        <w:rPr>
          <w:rFonts w:ascii="Times New Roman" w:hAnsi="Times New Roman" w:cs="Times New Roman"/>
          <w:sz w:val="26"/>
          <w:szCs w:val="26"/>
        </w:rPr>
        <w:t>ạ</w:t>
      </w:r>
      <w:r w:rsidRPr="00034412">
        <w:rPr>
          <w:rFonts w:ascii="Times New Roman" w:hAnsi="Times New Roman" w:cs="Times New Roman"/>
          <w:sz w:val="26"/>
          <w:szCs w:val="26"/>
        </w:rPr>
        <w:t xml:space="preserve">i Nhà đăng ký </w:t>
      </w:r>
      <w:r w:rsidR="00034412" w:rsidRPr="00034412">
        <w:rPr>
          <w:rFonts w:ascii="Times New Roman" w:eastAsia="Times New Roman" w:hAnsi="Times New Roman" w:cs="Times New Roman"/>
          <w:b/>
          <w:bCs/>
          <w:sz w:val="26"/>
          <w:szCs w:val="26"/>
        </w:rPr>
        <w:t>Công ty Cổ phần Mắt Bão</w:t>
      </w:r>
      <w:r w:rsidRPr="00034412">
        <w:rPr>
          <w:rFonts w:ascii="Times New Roman" w:hAnsi="Times New Roman" w:cs="Times New Roman"/>
          <w:sz w:val="26"/>
          <w:szCs w:val="26"/>
        </w:rPr>
        <w:t xml:space="preserve"> và đ</w:t>
      </w:r>
      <w:r w:rsidRPr="00034412">
        <w:rPr>
          <w:rFonts w:ascii="Times New Roman" w:hAnsi="Times New Roman" w:cs="Times New Roman"/>
          <w:sz w:val="26"/>
          <w:szCs w:val="26"/>
        </w:rPr>
        <w:t>ả</w:t>
      </w:r>
      <w:r w:rsidRPr="00034412">
        <w:rPr>
          <w:rFonts w:ascii="Times New Roman" w:hAnsi="Times New Roman" w:cs="Times New Roman"/>
          <w:sz w:val="26"/>
          <w:szCs w:val="26"/>
        </w:rPr>
        <w:t>m b</w:t>
      </w:r>
      <w:r w:rsidRPr="00034412">
        <w:rPr>
          <w:rFonts w:ascii="Times New Roman" w:hAnsi="Times New Roman" w:cs="Times New Roman"/>
          <w:sz w:val="26"/>
          <w:szCs w:val="26"/>
        </w:rPr>
        <w:t>ả</w:t>
      </w:r>
      <w:r w:rsidRPr="00034412">
        <w:rPr>
          <w:rFonts w:ascii="Times New Roman" w:hAnsi="Times New Roman" w:cs="Times New Roman"/>
          <w:sz w:val="26"/>
          <w:szCs w:val="26"/>
        </w:rPr>
        <w:t>o ngư</w:t>
      </w:r>
      <w:r w:rsidRPr="00034412">
        <w:rPr>
          <w:rFonts w:ascii="Times New Roman" w:hAnsi="Times New Roman" w:cs="Times New Roman"/>
          <w:sz w:val="26"/>
          <w:szCs w:val="26"/>
        </w:rPr>
        <w:t>ờ</w:t>
      </w:r>
      <w:r w:rsidRPr="00034412">
        <w:rPr>
          <w:rFonts w:ascii="Times New Roman" w:hAnsi="Times New Roman" w:cs="Times New Roman"/>
          <w:sz w:val="26"/>
          <w:szCs w:val="26"/>
        </w:rPr>
        <w:t>i đư</w:t>
      </w:r>
      <w:r w:rsidRPr="00034412">
        <w:rPr>
          <w:rFonts w:ascii="Times New Roman" w:hAnsi="Times New Roman" w:cs="Times New Roman"/>
          <w:sz w:val="26"/>
          <w:szCs w:val="26"/>
        </w:rPr>
        <w:t>ợ</w:t>
      </w:r>
      <w:r w:rsidRPr="00034412">
        <w:rPr>
          <w:rFonts w:ascii="Times New Roman" w:hAnsi="Times New Roman" w:cs="Times New Roman"/>
          <w:sz w:val="26"/>
          <w:szCs w:val="26"/>
        </w:rPr>
        <w:t>c giám h</w:t>
      </w:r>
      <w:r w:rsidRPr="00034412">
        <w:rPr>
          <w:rFonts w:ascii="Times New Roman" w:hAnsi="Times New Roman" w:cs="Times New Roman"/>
          <w:sz w:val="26"/>
          <w:szCs w:val="26"/>
        </w:rPr>
        <w:t>ộ</w:t>
      </w:r>
      <w:r w:rsidRPr="00034412">
        <w:rPr>
          <w:rFonts w:ascii="Times New Roman" w:hAnsi="Times New Roman" w:cs="Times New Roman"/>
          <w:sz w:val="26"/>
          <w:szCs w:val="26"/>
        </w:rPr>
        <w:t xml:space="preserve"> đăng ký, s</w:t>
      </w:r>
      <w:r w:rsidRPr="00034412">
        <w:rPr>
          <w:rFonts w:ascii="Times New Roman" w:hAnsi="Times New Roman" w:cs="Times New Roman"/>
          <w:sz w:val="26"/>
          <w:szCs w:val="26"/>
        </w:rPr>
        <w:t>ử</w:t>
      </w:r>
      <w:r w:rsidRPr="00034412">
        <w:rPr>
          <w:rFonts w:ascii="Times New Roman" w:hAnsi="Times New Roman" w:cs="Times New Roman"/>
          <w:sz w:val="26"/>
          <w:szCs w:val="26"/>
        </w:rPr>
        <w:t xml:space="preserve"> d</w:t>
      </w:r>
      <w:r w:rsidRPr="00034412">
        <w:rPr>
          <w:rFonts w:ascii="Times New Roman" w:hAnsi="Times New Roman" w:cs="Times New Roman"/>
          <w:sz w:val="26"/>
          <w:szCs w:val="26"/>
        </w:rPr>
        <w:t>ụ</w:t>
      </w:r>
      <w:r w:rsidRPr="00034412">
        <w:rPr>
          <w:rFonts w:ascii="Times New Roman" w:hAnsi="Times New Roman" w:cs="Times New Roman"/>
          <w:sz w:val="26"/>
          <w:szCs w:val="26"/>
        </w:rPr>
        <w:t>ng tên mi</w:t>
      </w:r>
      <w:r w:rsidRPr="00034412">
        <w:rPr>
          <w:rFonts w:ascii="Times New Roman" w:hAnsi="Times New Roman" w:cs="Times New Roman"/>
          <w:sz w:val="26"/>
          <w:szCs w:val="26"/>
        </w:rPr>
        <w:t>ề</w:t>
      </w:r>
      <w:r w:rsidRPr="00034412">
        <w:rPr>
          <w:rFonts w:ascii="Times New Roman" w:hAnsi="Times New Roman" w:cs="Times New Roman"/>
          <w:sz w:val="26"/>
          <w:szCs w:val="26"/>
        </w:rPr>
        <w:t>n tuân th</w:t>
      </w:r>
      <w:r w:rsidRPr="00034412">
        <w:rPr>
          <w:rFonts w:ascii="Times New Roman" w:hAnsi="Times New Roman" w:cs="Times New Roman"/>
          <w:sz w:val="26"/>
          <w:szCs w:val="26"/>
        </w:rPr>
        <w:t>ủ</w:t>
      </w:r>
      <w:r w:rsidRPr="00034412">
        <w:rPr>
          <w:rFonts w:ascii="Times New Roman" w:hAnsi="Times New Roman" w:cs="Times New Roman"/>
          <w:sz w:val="26"/>
          <w:szCs w:val="26"/>
        </w:rPr>
        <w:t xml:space="preserve"> theo quy đ</w:t>
      </w:r>
      <w:r w:rsidRPr="00034412">
        <w:rPr>
          <w:rFonts w:ascii="Times New Roman" w:hAnsi="Times New Roman" w:cs="Times New Roman"/>
          <w:sz w:val="26"/>
          <w:szCs w:val="26"/>
        </w:rPr>
        <w:t>ị</w:t>
      </w:r>
      <w:r w:rsidRPr="00034412">
        <w:rPr>
          <w:rFonts w:ascii="Times New Roman" w:hAnsi="Times New Roman" w:cs="Times New Roman"/>
          <w:sz w:val="26"/>
          <w:szCs w:val="26"/>
        </w:rPr>
        <w:t>nh pháp lu</w:t>
      </w:r>
      <w:r w:rsidRPr="00034412">
        <w:rPr>
          <w:rFonts w:ascii="Times New Roman" w:hAnsi="Times New Roman" w:cs="Times New Roman"/>
          <w:sz w:val="26"/>
          <w:szCs w:val="26"/>
        </w:rPr>
        <w:t>ậ</w:t>
      </w:r>
      <w:r w:rsidRPr="00034412">
        <w:rPr>
          <w:rFonts w:ascii="Times New Roman" w:hAnsi="Times New Roman" w:cs="Times New Roman"/>
          <w:sz w:val="26"/>
          <w:szCs w:val="26"/>
        </w:rPr>
        <w:t>t.</w:t>
      </w:r>
      <w:r w:rsidR="0096285C">
        <w:rPr>
          <w:rFonts w:ascii="Times New Roman" w:hAnsi="Times New Roman" w:cs="Times New Roman"/>
          <w:sz w:val="26"/>
          <w:szCs w:val="26"/>
        </w:rPr>
        <w:br/>
      </w:r>
      <w:r w:rsidR="0096285C" w:rsidRPr="0096285C">
        <w:rPr>
          <w:rFonts w:ascii="Times New Roman" w:hAnsi="Times New Roman" w:cs="Times New Roman"/>
          <w:i/>
          <w:iCs/>
        </w:rPr>
        <w:t>I consent to the minor under my guardianship, based on the information provided above, registering the domain name .............................................. with Mat Bao Corporation, and I ensure that the minor’s registration and use of the domain name fully comply with applicable laws and regulations.</w:t>
      </w:r>
    </w:p>
    <w:p w14:paraId="0A9672A0" w14:textId="28AC743E" w:rsidR="0096285C" w:rsidRDefault="00470B08">
      <w:pPr>
        <w:rPr>
          <w:rFonts w:ascii="Times New Roman" w:hAnsi="Times New Roman" w:cs="Times New Roman"/>
          <w:sz w:val="26"/>
          <w:szCs w:val="26"/>
        </w:rPr>
      </w:pPr>
      <w:r w:rsidRPr="00034412">
        <w:rPr>
          <w:rFonts w:ascii="Times New Roman" w:hAnsi="Times New Roman" w:cs="Times New Roman"/>
          <w:sz w:val="26"/>
          <w:szCs w:val="26"/>
        </w:rPr>
        <w:t>Tôi cam k</w:t>
      </w:r>
      <w:r w:rsidRPr="00034412">
        <w:rPr>
          <w:rFonts w:ascii="Times New Roman" w:hAnsi="Times New Roman" w:cs="Times New Roman"/>
          <w:sz w:val="26"/>
          <w:szCs w:val="26"/>
        </w:rPr>
        <w:t>ế</w:t>
      </w:r>
      <w:r w:rsidRPr="00034412">
        <w:rPr>
          <w:rFonts w:ascii="Times New Roman" w:hAnsi="Times New Roman" w:cs="Times New Roman"/>
          <w:sz w:val="26"/>
          <w:szCs w:val="26"/>
        </w:rPr>
        <w:t>t ch</w:t>
      </w:r>
      <w:r w:rsidRPr="00034412">
        <w:rPr>
          <w:rFonts w:ascii="Times New Roman" w:hAnsi="Times New Roman" w:cs="Times New Roman"/>
          <w:sz w:val="26"/>
          <w:szCs w:val="26"/>
        </w:rPr>
        <w:t>ị</w:t>
      </w:r>
      <w:r w:rsidRPr="00034412">
        <w:rPr>
          <w:rFonts w:ascii="Times New Roman" w:hAnsi="Times New Roman" w:cs="Times New Roman"/>
          <w:sz w:val="26"/>
          <w:szCs w:val="26"/>
        </w:rPr>
        <w:t>u trách nhi</w:t>
      </w:r>
      <w:r w:rsidRPr="00034412">
        <w:rPr>
          <w:rFonts w:ascii="Times New Roman" w:hAnsi="Times New Roman" w:cs="Times New Roman"/>
          <w:sz w:val="26"/>
          <w:szCs w:val="26"/>
        </w:rPr>
        <w:t>ệ</w:t>
      </w:r>
      <w:r w:rsidRPr="00034412">
        <w:rPr>
          <w:rFonts w:ascii="Times New Roman" w:hAnsi="Times New Roman" w:cs="Times New Roman"/>
          <w:sz w:val="26"/>
          <w:szCs w:val="26"/>
        </w:rPr>
        <w:t>m đ</w:t>
      </w:r>
      <w:r w:rsidRPr="00034412">
        <w:rPr>
          <w:rFonts w:ascii="Times New Roman" w:hAnsi="Times New Roman" w:cs="Times New Roman"/>
          <w:sz w:val="26"/>
          <w:szCs w:val="26"/>
        </w:rPr>
        <w:t>ố</w:t>
      </w:r>
      <w:r w:rsidRPr="00034412">
        <w:rPr>
          <w:rFonts w:ascii="Times New Roman" w:hAnsi="Times New Roman" w:cs="Times New Roman"/>
          <w:sz w:val="26"/>
          <w:szCs w:val="26"/>
        </w:rPr>
        <w:t>i v</w:t>
      </w:r>
      <w:r w:rsidRPr="00034412">
        <w:rPr>
          <w:rFonts w:ascii="Times New Roman" w:hAnsi="Times New Roman" w:cs="Times New Roman"/>
          <w:sz w:val="26"/>
          <w:szCs w:val="26"/>
        </w:rPr>
        <w:t>ớ</w:t>
      </w:r>
      <w:r w:rsidRPr="00034412">
        <w:rPr>
          <w:rFonts w:ascii="Times New Roman" w:hAnsi="Times New Roman" w:cs="Times New Roman"/>
          <w:sz w:val="26"/>
          <w:szCs w:val="26"/>
        </w:rPr>
        <w:t>i hành vi vi ph</w:t>
      </w:r>
      <w:r w:rsidRPr="00034412">
        <w:rPr>
          <w:rFonts w:ascii="Times New Roman" w:hAnsi="Times New Roman" w:cs="Times New Roman"/>
          <w:sz w:val="26"/>
          <w:szCs w:val="26"/>
        </w:rPr>
        <w:t>ạ</w:t>
      </w:r>
      <w:r w:rsidRPr="00034412">
        <w:rPr>
          <w:rFonts w:ascii="Times New Roman" w:hAnsi="Times New Roman" w:cs="Times New Roman"/>
          <w:sz w:val="26"/>
          <w:szCs w:val="26"/>
        </w:rPr>
        <w:t>m liên quan đ</w:t>
      </w:r>
      <w:r w:rsidRPr="00034412">
        <w:rPr>
          <w:rFonts w:ascii="Times New Roman" w:hAnsi="Times New Roman" w:cs="Times New Roman"/>
          <w:sz w:val="26"/>
          <w:szCs w:val="26"/>
        </w:rPr>
        <w:t>ế</w:t>
      </w:r>
      <w:r w:rsidRPr="00034412">
        <w:rPr>
          <w:rFonts w:ascii="Times New Roman" w:hAnsi="Times New Roman" w:cs="Times New Roman"/>
          <w:sz w:val="26"/>
          <w:szCs w:val="26"/>
        </w:rPr>
        <w:t>n vi</w:t>
      </w:r>
      <w:r w:rsidRPr="00034412">
        <w:rPr>
          <w:rFonts w:ascii="Times New Roman" w:hAnsi="Times New Roman" w:cs="Times New Roman"/>
          <w:sz w:val="26"/>
          <w:szCs w:val="26"/>
        </w:rPr>
        <w:t>ệ</w:t>
      </w:r>
      <w:r w:rsidRPr="00034412">
        <w:rPr>
          <w:rFonts w:ascii="Times New Roman" w:hAnsi="Times New Roman" w:cs="Times New Roman"/>
          <w:sz w:val="26"/>
          <w:szCs w:val="26"/>
        </w:rPr>
        <w:t>c đăng ký, s</w:t>
      </w:r>
      <w:r w:rsidRPr="00034412">
        <w:rPr>
          <w:rFonts w:ascii="Times New Roman" w:hAnsi="Times New Roman" w:cs="Times New Roman"/>
          <w:sz w:val="26"/>
          <w:szCs w:val="26"/>
        </w:rPr>
        <w:t>ử</w:t>
      </w:r>
      <w:r w:rsidRPr="00034412">
        <w:rPr>
          <w:rFonts w:ascii="Times New Roman" w:hAnsi="Times New Roman" w:cs="Times New Roman"/>
          <w:sz w:val="26"/>
          <w:szCs w:val="26"/>
        </w:rPr>
        <w:t xml:space="preserve"> d</w:t>
      </w:r>
      <w:r w:rsidRPr="00034412">
        <w:rPr>
          <w:rFonts w:ascii="Times New Roman" w:hAnsi="Times New Roman" w:cs="Times New Roman"/>
          <w:sz w:val="26"/>
          <w:szCs w:val="26"/>
        </w:rPr>
        <w:t>ụ</w:t>
      </w:r>
      <w:r w:rsidRPr="00034412">
        <w:rPr>
          <w:rFonts w:ascii="Times New Roman" w:hAnsi="Times New Roman" w:cs="Times New Roman"/>
          <w:sz w:val="26"/>
          <w:szCs w:val="26"/>
        </w:rPr>
        <w:t>ng tên mi</w:t>
      </w:r>
      <w:r w:rsidRPr="00034412">
        <w:rPr>
          <w:rFonts w:ascii="Times New Roman" w:hAnsi="Times New Roman" w:cs="Times New Roman"/>
          <w:sz w:val="26"/>
          <w:szCs w:val="26"/>
        </w:rPr>
        <w:t>ề</w:t>
      </w:r>
      <w:r w:rsidRPr="00034412">
        <w:rPr>
          <w:rFonts w:ascii="Times New Roman" w:hAnsi="Times New Roman" w:cs="Times New Roman"/>
          <w:sz w:val="26"/>
          <w:szCs w:val="26"/>
        </w:rPr>
        <w:t>n c</w:t>
      </w:r>
      <w:r w:rsidRPr="00034412">
        <w:rPr>
          <w:rFonts w:ascii="Times New Roman" w:hAnsi="Times New Roman" w:cs="Times New Roman"/>
          <w:sz w:val="26"/>
          <w:szCs w:val="26"/>
        </w:rPr>
        <w:t>ủ</w:t>
      </w:r>
      <w:r w:rsidRPr="00034412">
        <w:rPr>
          <w:rFonts w:ascii="Times New Roman" w:hAnsi="Times New Roman" w:cs="Times New Roman"/>
          <w:sz w:val="26"/>
          <w:szCs w:val="26"/>
        </w:rPr>
        <w:t>a ngư</w:t>
      </w:r>
      <w:r w:rsidRPr="00034412">
        <w:rPr>
          <w:rFonts w:ascii="Times New Roman" w:hAnsi="Times New Roman" w:cs="Times New Roman"/>
          <w:sz w:val="26"/>
          <w:szCs w:val="26"/>
        </w:rPr>
        <w:t>ờ</w:t>
      </w:r>
      <w:r w:rsidRPr="00034412">
        <w:rPr>
          <w:rFonts w:ascii="Times New Roman" w:hAnsi="Times New Roman" w:cs="Times New Roman"/>
          <w:sz w:val="26"/>
          <w:szCs w:val="26"/>
        </w:rPr>
        <w:t>i đư</w:t>
      </w:r>
      <w:r w:rsidRPr="00034412">
        <w:rPr>
          <w:rFonts w:ascii="Times New Roman" w:hAnsi="Times New Roman" w:cs="Times New Roman"/>
          <w:sz w:val="26"/>
          <w:szCs w:val="26"/>
        </w:rPr>
        <w:t>ợ</w:t>
      </w:r>
      <w:r w:rsidRPr="00034412">
        <w:rPr>
          <w:rFonts w:ascii="Times New Roman" w:hAnsi="Times New Roman" w:cs="Times New Roman"/>
          <w:sz w:val="26"/>
          <w:szCs w:val="26"/>
        </w:rPr>
        <w:t>c giám h</w:t>
      </w:r>
      <w:r w:rsidRPr="00034412">
        <w:rPr>
          <w:rFonts w:ascii="Times New Roman" w:hAnsi="Times New Roman" w:cs="Times New Roman"/>
          <w:sz w:val="26"/>
          <w:szCs w:val="26"/>
        </w:rPr>
        <w:t>ộ</w:t>
      </w:r>
      <w:r w:rsidRPr="00034412">
        <w:rPr>
          <w:rFonts w:ascii="Times New Roman" w:hAnsi="Times New Roman" w:cs="Times New Roman"/>
          <w:sz w:val="26"/>
          <w:szCs w:val="26"/>
        </w:rPr>
        <w:t xml:space="preserve"> theo quy đ</w:t>
      </w:r>
      <w:r w:rsidRPr="00034412">
        <w:rPr>
          <w:rFonts w:ascii="Times New Roman" w:hAnsi="Times New Roman" w:cs="Times New Roman"/>
          <w:sz w:val="26"/>
          <w:szCs w:val="26"/>
        </w:rPr>
        <w:t>ị</w:t>
      </w:r>
      <w:r w:rsidRPr="00034412">
        <w:rPr>
          <w:rFonts w:ascii="Times New Roman" w:hAnsi="Times New Roman" w:cs="Times New Roman"/>
          <w:sz w:val="26"/>
          <w:szCs w:val="26"/>
        </w:rPr>
        <w:t>nh pháp lu</w:t>
      </w:r>
      <w:r w:rsidRPr="00034412">
        <w:rPr>
          <w:rFonts w:ascii="Times New Roman" w:hAnsi="Times New Roman" w:cs="Times New Roman"/>
          <w:sz w:val="26"/>
          <w:szCs w:val="26"/>
        </w:rPr>
        <w:t>ậ</w:t>
      </w:r>
      <w:r w:rsidRPr="00034412">
        <w:rPr>
          <w:rFonts w:ascii="Times New Roman" w:hAnsi="Times New Roman" w:cs="Times New Roman"/>
          <w:sz w:val="26"/>
          <w:szCs w:val="26"/>
        </w:rPr>
        <w:t>t.</w:t>
      </w:r>
      <w:r w:rsidR="0096285C">
        <w:rPr>
          <w:rFonts w:ascii="Times New Roman" w:hAnsi="Times New Roman" w:cs="Times New Roman"/>
          <w:sz w:val="26"/>
          <w:szCs w:val="26"/>
        </w:rPr>
        <w:br/>
      </w:r>
      <w:r w:rsidR="0096285C" w:rsidRPr="0096285C">
        <w:rPr>
          <w:rFonts w:ascii="Times New Roman" w:hAnsi="Times New Roman" w:cs="Times New Roman"/>
          <w:i/>
          <w:iCs/>
        </w:rPr>
        <w:t>I hereby undertake to be legally responsible for any violations related to the registration and use of the domain name by the minor under my guardianship in accordance with applicable laws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5572"/>
      </w:tblGrid>
      <w:tr w:rsidR="00034412" w14:paraId="340C86EA" w14:textId="77777777" w:rsidTr="0096285C">
        <w:tc>
          <w:tcPr>
            <w:tcW w:w="3168" w:type="dxa"/>
          </w:tcPr>
          <w:p w14:paraId="35EC0EAA" w14:textId="77777777" w:rsidR="00034412" w:rsidRDefault="000344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8" w:type="dxa"/>
          </w:tcPr>
          <w:p w14:paraId="13D0654C" w14:textId="77777777" w:rsidR="00034412" w:rsidRPr="00034412" w:rsidRDefault="00034412" w:rsidP="000344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..................., ngày ...... tháng ...... năm ......</w:t>
            </w:r>
            <w:r w:rsidRPr="00034412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  <w:p w14:paraId="3CCAD7BF" w14:textId="77777777" w:rsidR="00034412" w:rsidRPr="0096285C" w:rsidRDefault="00034412" w:rsidP="0003441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628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XÁC NHẬN CỦA CHA/MẸ/NGƯỜI GIÁM HỘ</w:t>
            </w:r>
          </w:p>
          <w:p w14:paraId="7F6BDAB1" w14:textId="07B38681" w:rsidR="0096285C" w:rsidRPr="0096285C" w:rsidRDefault="0096285C" w:rsidP="0003441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6285C">
              <w:rPr>
                <w:rFonts w:ascii="Times New Roman" w:hAnsi="Times New Roman" w:cs="Times New Roman"/>
                <w:i/>
                <w:iCs/>
              </w:rPr>
              <w:t>Confirmation of the Parent/Legal Guardian</w:t>
            </w:r>
          </w:p>
          <w:p w14:paraId="4CC38AA2" w14:textId="77777777" w:rsidR="00034412" w:rsidRDefault="00034412" w:rsidP="000344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4412">
              <w:rPr>
                <w:rFonts w:ascii="Times New Roman" w:hAnsi="Times New Roman" w:cs="Times New Roman"/>
                <w:sz w:val="26"/>
                <w:szCs w:val="26"/>
              </w:rPr>
              <w:t>(Ký, ghi rõ họ tên/ký số)</w:t>
            </w:r>
          </w:p>
          <w:p w14:paraId="3227BDCC" w14:textId="7CBFD992" w:rsidR="00034412" w:rsidRPr="0096285C" w:rsidRDefault="0096285C" w:rsidP="00034412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6285C">
              <w:rPr>
                <w:rFonts w:ascii="Times New Roman" w:hAnsi="Times New Roman" w:cs="Times New Roman"/>
                <w:i/>
                <w:iCs/>
              </w:rPr>
              <w:t>(Signature, Full Name / Digital Signature)</w:t>
            </w:r>
          </w:p>
          <w:p w14:paraId="3BFB5584" w14:textId="77777777" w:rsidR="00034412" w:rsidRDefault="000344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C608CE3" w14:textId="15559BEB" w:rsidR="00A42091" w:rsidRPr="00034412" w:rsidRDefault="00470B08" w:rsidP="00034412">
      <w:pPr>
        <w:rPr>
          <w:rFonts w:ascii="Times New Roman" w:hAnsi="Times New Roman" w:cs="Times New Roman"/>
          <w:sz w:val="26"/>
          <w:szCs w:val="26"/>
        </w:rPr>
      </w:pPr>
      <w:r w:rsidRPr="00034412">
        <w:rPr>
          <w:rFonts w:ascii="Times New Roman" w:hAnsi="Times New Roman" w:cs="Times New Roman"/>
          <w:sz w:val="26"/>
          <w:szCs w:val="26"/>
        </w:rPr>
        <w:br/>
      </w:r>
    </w:p>
    <w:sectPr w:rsidR="00A42091" w:rsidRPr="000344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A13829"/>
    <w:multiLevelType w:val="multilevel"/>
    <w:tmpl w:val="5A74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8272506">
    <w:abstractNumId w:val="8"/>
  </w:num>
  <w:num w:numId="2" w16cid:durableId="382140565">
    <w:abstractNumId w:val="6"/>
  </w:num>
  <w:num w:numId="3" w16cid:durableId="1205286331">
    <w:abstractNumId w:val="5"/>
  </w:num>
  <w:num w:numId="4" w16cid:durableId="747924032">
    <w:abstractNumId w:val="4"/>
  </w:num>
  <w:num w:numId="5" w16cid:durableId="426927387">
    <w:abstractNumId w:val="7"/>
  </w:num>
  <w:num w:numId="6" w16cid:durableId="1648972114">
    <w:abstractNumId w:val="3"/>
  </w:num>
  <w:num w:numId="7" w16cid:durableId="573856387">
    <w:abstractNumId w:val="2"/>
  </w:num>
  <w:num w:numId="8" w16cid:durableId="1612663553">
    <w:abstractNumId w:val="1"/>
  </w:num>
  <w:num w:numId="9" w16cid:durableId="295257819">
    <w:abstractNumId w:val="0"/>
  </w:num>
  <w:num w:numId="10" w16cid:durableId="13493337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412"/>
    <w:rsid w:val="00034616"/>
    <w:rsid w:val="0006063C"/>
    <w:rsid w:val="0015074B"/>
    <w:rsid w:val="0029639D"/>
    <w:rsid w:val="00326F90"/>
    <w:rsid w:val="00470B08"/>
    <w:rsid w:val="007F7CB5"/>
    <w:rsid w:val="0096285C"/>
    <w:rsid w:val="00A4209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EB3874"/>
  <w14:defaultImageDpi w14:val="300"/>
  <w15:docId w15:val="{9354432A-6B6D-499F-AAAF-99404C92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85C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466</Words>
  <Characters>2057</Characters>
  <Application>Microsoft Office Word</Application>
  <DocSecurity>0</DocSecurity>
  <Lines>93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Nguyễn Thị Ngọc Bích</cp:lastModifiedBy>
  <cp:revision>3</cp:revision>
  <dcterms:created xsi:type="dcterms:W3CDTF">2026-02-10T12:07:00Z</dcterms:created>
  <dcterms:modified xsi:type="dcterms:W3CDTF">2026-02-10T12:09:00Z</dcterms:modified>
  <cp:category/>
</cp:coreProperties>
</file>